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ספורט ומטבח בישראל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קצר על ספורט ומתנ"ס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כמו מתנ"ס, טיילת ולנצח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שורש המילה לנצח ואת סדר הכנת שקשוקה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כדורגל וכדורסל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בפארקים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מרכז קהילתי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מצפון אפריקה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נ-צ-ח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שלישי בבוקר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במתכון יש ארבע ביצים.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חוגים לילדים, לנוער, למבוגרים ולגיל השלישי.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ההפך של לנצח הוא להפסיד.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מתקני הכושר בפארק הם בחינם.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מנצח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מזכירות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טיילת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(מי שמנצח במשחק)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(התוצאה כשמנצחים)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(ההפך מלנצח)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(מרכז קהילתי עם חוגים)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הכנת השקשוקה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חותכים את הבצל, השום, הפלפל והעגבניות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שמים שמן זית במחבת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מוסיפים את הירקות, פפריקה ומלח ומבשלים 15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שוברים את הביצים לתוך הרוטב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מבשלים עוד 5-7 דקות ומגישים בתיאבון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מתאמנים ובו זמנית מדברים עברית כל הדרך.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אישית: שם הפעילות, מתי עושים אותה ולמה היא מהנה.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עונה: להפסיד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עונה: בפארקים, במתקני כושר, בטיילת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עונה: שקשוקה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הכתבות בקול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להביא תמונה של שקשוקה או מתקני כושר לעזרה חזותית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חלשים אפשר לדלג על הפריטים המסומנים כקשים (skip_n)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ספורט ומטבח בישראל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ספורט פופולרי בישראל, על מתנ"ס שכונתי ועל מתכון לשקשוקה. נתרגל גם מילים חדשות כמו לנצח וניצחון.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ספורט אהוב מאוד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טניס וגולף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כדורגל וכדורסל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סקי והוקי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שחייה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יש מתקני כושר בחינם?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בפארקים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בקניון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מתנ"ס?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 חולים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תחנת 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מרכז קהילתי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חנות 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מאיפה הגיעה השקשוקה לישראל?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מצפון 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מאוסטרליה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השורש של המילה לנצח?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צ-ח-ק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נ-צ-ח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נ-צ-ל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נ-ח-ת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באיזה יום נפגשת קבוצת הריצה בטיילת?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שישי בערב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שבת בצהריים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שלישי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ראשון בלילה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במתכון השקשוקה יש שישה ביצים.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במתנ"ס יש חוגים לכל הגילים.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של 'לנצח' הוא 'לשחק'.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לשלם כדי להשתמש במתקני הכושר בפארק.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לשחקן שמנצח קוראים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הולכים ל__________ כדי להירשם לחוג במתנ"ס.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שמים את העגבניות, הבצל והשום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ב__________ אנשים רצים ורוכבים על אופניים ליד הים.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מנצח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מרכז קהילתי עם חוגים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ניצחון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ההפך מלנצח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להפסיד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 שמנצח במשחק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מתנ"ס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התוצאה כשמנצחים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הכנת השקשוקה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מבשלים עוד 5-7 דקות ומגישים בתיאבון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את הירקות, פפריקה ומלח ומבשלים 15 דקות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שמים שמן זית במחבת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חותכים את הבצל, השום, הפלפל והעגבניות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שוברים את הביצים לתוך הרוטב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הליכה עם חברים היא גם ספורט וגם שיעור עברית?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פעילות ספורט שאתם אוהבים לעשות ולמה.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ההפך של המילה לנצח?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בישראל אפשר להתאמן בחינם?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מאכל ישראלי מוכר נלמד בדף הזה?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ספורט ומטבח בישראל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