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ומטבח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ספורט ומתנ"ס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כמו מתנ"ס, טיילת ולנצח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שורש המילה לנצח ואת סדר הכנת 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כדורגל וכדורסל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בפארקים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מרכז קהילתי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מצפון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נ-צ-ח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שלישי בבוקר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במתכון יש ארבע ביצים.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חוגים לילדים, לנוער, למבוגרים ולגיל השלישי.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ההפך של לנצח הוא להפסיד.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מתקני הכושר בפארק הם בחינם.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מזכירות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שמנצח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(התוצאה כשמנצחים)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(ההפך מלנצח)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(מרכז קהילתי עם חוגים)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הכנת השקשוקה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חותכים את הבצל, השום, הפלפל והעגבניות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שמים שמן זית במחבת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את הירקות, פפריקה ומלח ומבשלים 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שוברים את הביצים לתוך הרוטב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מבשלים עוד 5-7 דקות ומגישים בתיאבון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מתאמנים ובו זמנית מדברים עברית כל הדרך.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אישית: שם הפעילות, מתי עושים אותה ולמה היא מהנה.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עונה: להפסיד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עונה: בפארקים, במתקני כושר, בטיילת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עונה: 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הכתבות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תמונה של שקשוקה או מתקני כושר לעזרה 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ומטבח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על ספורט בישראל, על מתנ"ס ועל שקשוקה. נלמד כמה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מתנ"ס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מרכז עם חוגים לכל הגילים בשכונה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ליד הים שבו הולכים ורצים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מתקני כושר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מכשירי התעמלות בפארק, בחינם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מרתון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תחרות ריצה ארוכה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שקשוקה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תבשיל של ביצים ברוטב עגבניות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לנצח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הכי טוב במשחק או בתחרות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שבבסיס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ניצחון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כשמנצחים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משחק אנשים אוהבים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טניס וגולף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 וכדורסל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סקי והוקי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שחייה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אפשר להתאמן בחינם?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בפארקים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בקניון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מתנ"ס זה מקום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תחנת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מרכז 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ארץ באה השקשוקה?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מצפון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שלוש האותיות של לנצח?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נ-צ-ח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נ-צ-ל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נ-ח-ת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רצים יחד בטיילת?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שישי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שבת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שלישי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ראשון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במתכון השקשוקה יש שישה ביצים.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במתנ"ס יש חוגים לכל הגילים.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'לנצח' הוא 'לשחק'.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לשלם כדי להשתמש במתקני הכושר בפארק.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לשחקן שמנצח קוראים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הולכים ל__________ כדי להירשם לחוג במתנ"ס.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שמים את העגבניות, הבצל והשום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אנשים רצים ורוכבים על אופניים ליד הים.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מנצח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ההפך מלנצח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ניצחון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שמנצח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להפסיד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מרכז קהילתי עם חוגים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מתנ"ס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התוצאה כשמנצחים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הכנת השקשוקה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מבשלים עוד 5-7 דקות ומגישים בתיאבון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חותכים את הבצל, השום, הפלפל והעגבניות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שמן זית במחבת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הירקות, פפריקה ומלח ומבשלים 15 דקות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שוברים את הביצים לתוך הרוטב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הליכה עם חברים היא גם ספורט וגם שיעור עברית?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פעילות ספורט שאתם אוהבים לעשות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המילה לנצח?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בישראל אפשר להתאמן בחינם?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מאכל ישראלי מוכר נלמד בדף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ספורט ומטבח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