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ומטבח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ספורט ומתנ"ס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כמו מתנ"ס, טיילת ולנצח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שורש המילה לנצח ואת סדר הכנת 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כדורגל וכדורסל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בפארקים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מרכז קהילתי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חוגים לילדים, לנוער, למבוגרים ולגיל השלישי.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מתקני הכושר בפארק הם בחינם.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מנצח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מזכירות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שמנצח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(התוצאה כשמנצחים)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הכנת השקשוקה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חותכים את הבצל, השום, הפלפל והעגבניות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שמים שמן זית במחבת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את הירקות, פפריקה ומלח ומבשלים 15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מתאמנים ובו זמנית מדברים עברית כל הדרך.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אישית: שם הפעילות, מתי עושים אותה ולמה היא מהנה.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עונה: להפסיד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עונה: בפארקים, במתקני כושר, בטיילת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עונה: 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הכתבות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תמונה של שקשוקה או מתקני כושר לעזרה 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ומטבח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ספורט פופולרי בישראל, על מתנ"ס שכונתי ועל מתכון לשקשוקה. נתרגל גם מילים חדשות כמו לנצח וניצחון.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מנצח  ·  מזכירות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ספורט אהוב מאוד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טניס וגולף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כדורגל וכדורסל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סקי והוקי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יש מתקני כושר בחינם?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בפארקים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מתנ"ס?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תחנת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מרכז קהילתי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במתנ"ס יש חוגים לכל הגילים.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לשלם כדי להשתמש במתקני הכושר בפארק.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לשחקן שמנצח קוראים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הולכים ל__________ כדי להירשם לחוג במתנ"ס.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מנצח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התוצאה כשמנצחים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ניצחון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שמנצח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הכנת השקשוקה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את הירקות, פפריקה ומלח ומבשלים 15 דקות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חותכים את הבצל, השום, הפלפל והעגבניות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שמים שמן זית במחבת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הליכה עם חברים היא גם ספורט וגם שיעור עברית?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תארו פעילות ספורט שאתם אוהבים לעשות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ההפך של המילה לנצח?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בישראל אפשר להתאמן בחינם?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ספורט ומטבח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